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המשותף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נגזרות מילים ממשפחת מילים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ח-ב-ר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המילים יכולות להיות באורכים שונים, המשותף הוא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שתיהן נגזרות מהשורש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שלוש האותיות החוזרות הן ר-ק-ד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דברן אכן נגזרת מהשורש ד-ב-ר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המילים הנגזרות יכולות להיות ארוכות יותר, רק השורש בן 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תלבושת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תזכורת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(כתובת)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(רקדנית)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(מחברת)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שלוש אותיות שחוזרות במילים שונות ונותנות להן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חשבונית, מחשוב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קבוצת אותיות, בדרך כלל שלוש, שחוזרת במילים ונותנת להן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המכילה שורש ל-מ-ד, כמו למידה או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שתיהן שייכות לשורש ע-ב-ד ועוסקות בעבודה או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בקריאה משותפת של משפחות המילים בדף העזר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דוגמאות נוספות מהיומיום לכל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התשובות בחלק הנכון-לא נכון ולהסביר את הטעות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זיהוי שורשים ומשפחות מילים, ונלמד כיצד מילים שונות יכולות לחלוק משמעות דומה בזכות אותו שורש.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ת-ל-ד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למשפחת השורש ס-פ-ר?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מחשבה?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ח-ש-ב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מ-ח-ש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ח-ש-ה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מ-ש-ב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שייכת למשפחת השורש צ-ל-ם?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השורש של המילה תחבורה?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ח-ב-ר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ת-ח-ב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ח-ב-ר-ה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ת-ח-ר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במשפחת מילים אחת חייבות להיות באותו אורך.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שמירה ומשמרת שייכות לאותו שורש ש-מ-ר.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ריקוד הוא ר-ק-ד.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דברן לא שייכת למשפחת השורש ד-ב-ר.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שורש משותף רק במילים בנות שלוש אותיות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שייכת למשפחת השורש ג-ד-ל, ומתארת מקום גבוה לשמירה.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נגזרת מהשורש ל-ב-ש ומתארת בגדים מיוחדים שלובשים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שייכת למשפחת השורש ס-ג-ר ומתארת מסגרת לתמונה.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__________ נגזרת מהשורש ז-כ-ר ומזכירה לנו דבר מה שצריך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שייכת למשפחת השורש ע-ב-ד ומתארת מקום שבו עובדים במדע.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רקדנית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פ-ת-ח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ר-ק-ד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ח-ב-ר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כתובת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זה שורש ומה תפקידו במשפחת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ששייכות למשפחת השורש ח-ש-ב, שלא מופיעות בדף.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ל-מ-ד שלא הופיעה בדף.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משותף למילים עבודה ומעבדה?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