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המשותף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נגזרות מילים ממשפחת מילים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ל-מ-ד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המילים יכולות להיות באורכים שונים, המשותף הוא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שתיהן נגזרות מהשורש ש-מ-ר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תלבושת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שורש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(כתובת)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(מחשב)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(רקדנית)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במילים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שלוש אותיות שחוזרות במילים שונות ונותנות להן 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הוא קבוצת אותיות, בדרך כלל שלוש, שחוזרת במילים ונותנת להן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המכילה שורש ל-מ-ד, כמו למידה או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שתיהן שייכות לשורש ע-ב-ד ועוסקות בעבודה או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בקריאה משותפת של משפחות המילים בדף העזר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דוגמאות נוספות מהיומיום לכל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התשובות בחלק הנכון-לא נכון ולהסביר את הטעות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זיהוי שורשים ומשפחות מילים, ונלמד כיצד מילים שונות יכולות לחלוק משמעות דומה בזכות אותו שורש.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תלבושת  ·  מגדל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כ-ת-ם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השורש של המילה תלמיד?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ל-מ-ד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ת-ל-מ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ל-מ-י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המילים במשפחת מילים אחת חייבות להיות באותו אורך.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שמירה ומשמרת שייכות לאותו שורש ש-מ-ר.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__________ שייכת למשפחת השורש ג-ד-ל, ומתארת מקום גבוה לשמירה.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__________ נגזרת מהשורש ל-ב-ש ומתארת בגדים מיוחדים שלובשים בבית ספר.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שורש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כ-ת-ב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ח-ש-ב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כתובת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פ-ת-ח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רקדנית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ר-ק-ד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מפתח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הסבירו במילים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מה זה שורש ומה תפקידו במשפחת 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מילה אחת מהשורש ל-מ-ד שלא הופיעה בדף.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